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דו־קרב גדול/קטן – השוואת אחוזים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אחוז ממספר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שני ביטויי אחוזים ולקבוע אם הם שווים, גדולים או קטנים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בסימנים &lt;, &gt; ו-=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שני הביטויים שווים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שני הביטויים שווים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הביטוי הראשון גדול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הביטוי השני גדול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הביטוי הראשון גדול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הביטוי הראשון גדול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שני הביטויים שווים ל-5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40% מ-10 שווה 4, ו-20% מ-30 שווה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שני הביטויים שווים ל-3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שניהם שווים ל-9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שניהם שווים ל-3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5. 9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הביטוי לערך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(10)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(9)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(11)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(15)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(3)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חשבו את הערך של הביטוי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חשבו את הערך של הביטוי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השוו בין שני הערכים שחישבתם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בחרו את הסימן המתאים: &lt;, = או &gt;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הסבירו וכתבו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כאשר המספר שממנו לוקחים את האחוז זהה, הביטוי עם האחוז הגדול יותר הוא הגדול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שהסימן &gt; מציין שהביטוי הראשון גדול מהשני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שני הצדדים שווים ל-3, לכן הסימן הוא =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נכונה שבה שני החישובים נותנים אותה 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לפני המשחק הכיתתי, כך שכל תלמיד יגיע מוכן לחישוב מהיר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שצריך לחשב את שני הצדדים לפני בחירת הסימן, ולא לנחש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להרשות שימוש בטבלת אחוזים נפוצים (10%, 25%, 50%)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דו־קרב גדול/קטן – השוואת אחוזים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דו־קרב גדול/קטן משווים בין שני ביטויי אחוזים וצריך לבחור את הסימן המתאים: קטן, גדול או שווה. בדף הזה נתרגל את החישובים שעומדים מאחורי הבחירה הנכונה.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נכון: 20% מ-30 לעומת 10% מ-60?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הביטוי הראשון גדול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הביטוי השני גדול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 הביטויים שווים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 בלי מחשבון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נכון: 50% מ-40 לעומת 25% מ-80?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הביטוי הראשון גדול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הביטוי השני גדול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 הביטויים שווים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 בלי מחשבון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נכון: 10% מ-100 לעומת 20% מ-40?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הביטוי הראשון גדול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הביטוי השני גדול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 הביטויים שווים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 בלי מחשבון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נכון: 30% מ-20 לעומת 15% מ-50?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הביטוי הראשון גדול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הביטוי השני גדול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 הביטויים שווים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 בלי מחשבון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נכון: 75% מ-8 לעומת 50% מ-10?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הביטוי הראשון גדול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הביטוי השני גדול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 הביטויים שווים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 בלי מחשבון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נכון: 5% מ-200 לעומת 10% מ-90?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הביטוי הראשון גדול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הביטוי השני גדול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 הביטויים שווים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 בלי מחשבון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10% מ-50 שווה ל-5% מ-100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40% מ-10 גדול מ-20% מ-30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50% מ-6 שווה ל-25% מ-12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90% מ-10 קטן מ-10% מ-90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60% מ-5 גדול מ-30% מ-10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20% מ-50 שווה ל-__________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10% מ-80 שווה ל-__________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5% מ-200 שווה ל-__________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25% מ-16 שווה ל-__________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75% מ-12 שווה ל-__________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הביטוי לערך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50% מ-20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3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10% מ-90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15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20% מ-55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10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25% מ-60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11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75% מ-4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9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 בין שני הערכים שחישבתם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חשבו את הערך של הביטוי הראשון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את הסימן המתאים: &lt;, = או &gt;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חשבו את הערך של הביטוי השני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הסבירו וכתבו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איך אפשר לדעת איזה ביטוי גדול יותר בלי לחשב במדויק, למשל בין 50% מ-100 ל-10% מ-100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הסימן &gt; בהשוואת שני ביטויי אחוזים?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חשבו: 30% מ-10 לעומת 15% מ-20 – אילו ערכים מתקבלים?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של שני ביטויי אחוזים ששווים זה לזה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דו־קרב גדול/קטן – השוואת אחוזים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