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דו־קרב גדול/קטן – השוואת אחוזים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אחוז ממספר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שני ביטויי אחוזים ולקבוע אם הם שווים, גדולים או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בסימנים &lt;, &gt; ו-=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הביטוי הראשון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הביטוי השני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הביטוי הראשון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הביטוי הראשון 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הביטויים שווים ל-5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40% מ-10 שווה 4, ו-20% מ-30 שווה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הביטויים שווים ל-3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שניהם שווים ל-9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שניהם שווים ל-3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הביטוי לערך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חשבו את הערך של הביטוי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את הערך של הביטוי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בין שני הערכים שחישבתם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הסימן המתאים: &lt;, = או &gt;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כאשר המספר שממנו לוקחים את האחוז זהה, הביטוי עם האחוז הגדול יותר הוא הגדול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שהסימן &gt; מציין שהביטוי הראשון גדול מהשני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הצדדים שווים ל-3, לכן הסימן הוא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שבה שני החישובים נותנים אותה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לפני המשחק הכיתתי, כך שכל תלמיד יגיע מוכן לחישוב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שצריך לחשב את שני הצדדים לפני בחירת הסימן, ולא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להרשות שימוש בטבלת אחוזים נפוצים (10%, 25%, 50%)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דו־קרב גדול/קטן – השוואת אחוזים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משווים בין שני חשבונות של אחוזים. צריך לדעת איזה מהם גדול יותר, קטן יותר, או שווה.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מסומן בסימן %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שממנו לוקחים את האחוז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&gt;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&lt;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קטן 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=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שווה 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שמתקבלת אחרי החישוב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איזה משני מספרים גדול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שווה יותר: 20% מ-30 או 10% מ-60?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שווה יותר: 50% מ-40 או 25%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שווה יותר: 10% מ-100 או 20% מ-40?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שווה יותר: 30% מ-20 או 15% מ-50?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שווה יותר: 75% מ-8 או 50% מ-10?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שווה יותר: 5% מ-200 או 10% מ-90?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מחשבון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10% מ-50 שווה ל-5% מ-100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40% מ-10 גדול מ-20% מ-30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מ-6 שווה ל-25% מ-12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90% מ-10 קטן מ-10% מ-90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60% מ-5 גדול מ-30% מ-10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20% מ-50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10% מ-80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5% מ-200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25% מ-16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75% מ-12 שווה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הביטוי לערך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50% מ-20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10% מ-90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20% מ-55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25% מ-60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75% מ-4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הסימן המתאים: &lt;, = או &gt;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את הערך של הביטוי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את הערך של הביטוי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בין שני הערכים שחישבתם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איזה ביטוי גדול יותר בלי לחשב במדויק, למשל בין 50% מ-100 ל-10% מ-100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הסימן &gt; בהשוואת שני ביטויי אחוזים?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חשבו: 30% מ-10 לעומת 15% מ-20 – אילו ערכים מתקבלים?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של שני ביטויי אחוזים ששווים זה לזה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דו־קרב גדול/קטן – השוואת אחוזים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